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9DFF4" w14:textId="0285168E" w:rsidR="00385C06" w:rsidRPr="008A0241" w:rsidRDefault="00385C06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2DE18BD4" w14:textId="77777777" w:rsidR="00385C06" w:rsidRPr="008A0241" w:rsidRDefault="008A0241">
      <w:pPr>
        <w:pStyle w:val="Heading1"/>
        <w:jc w:val="center"/>
        <w:rPr>
          <w:rFonts w:ascii="Times New Roman" w:hAnsi="Times New Roman" w:cs="Times New Roman"/>
          <w:sz w:val="20"/>
          <w:szCs w:val="20"/>
        </w:rPr>
      </w:pPr>
      <w:r w:rsidRPr="008A0241">
        <w:rPr>
          <w:rFonts w:ascii="Times New Roman" w:hAnsi="Times New Roman" w:cs="Times New Roman"/>
          <w:sz w:val="20"/>
          <w:szCs w:val="20"/>
        </w:rPr>
        <w:t>DECLARAȚIE PRIVIND SUBCONTRACTORII – MODEL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51"/>
        <w:gridCol w:w="7087"/>
      </w:tblGrid>
      <w:tr w:rsidR="00385C06" w:rsidRPr="008A0241" w14:paraId="11385920" w14:textId="77777777">
        <w:trPr>
          <w:jc w:val="center"/>
        </w:trPr>
        <w:tc>
          <w:tcPr>
            <w:tcW w:w="2551" w:type="dxa"/>
            <w:shd w:val="clear" w:color="auto" w:fill="D9EAF7"/>
            <w:vAlign w:val="center"/>
          </w:tcPr>
          <w:p w14:paraId="40BE04FB" w14:textId="77777777" w:rsidR="00385C06" w:rsidRPr="008A0241" w:rsidRDefault="008A0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241">
              <w:rPr>
                <w:rFonts w:ascii="Times New Roman" w:hAnsi="Times New Roman" w:cs="Times New Roman"/>
                <w:b/>
                <w:sz w:val="20"/>
                <w:szCs w:val="20"/>
              </w:rPr>
              <w:t>Element</w:t>
            </w:r>
          </w:p>
        </w:tc>
        <w:tc>
          <w:tcPr>
            <w:tcW w:w="7087" w:type="dxa"/>
            <w:shd w:val="clear" w:color="auto" w:fill="D9EAF7"/>
            <w:vAlign w:val="center"/>
          </w:tcPr>
          <w:p w14:paraId="54D1D72A" w14:textId="77777777" w:rsidR="00385C06" w:rsidRPr="008A0241" w:rsidRDefault="008A0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241">
              <w:rPr>
                <w:rFonts w:ascii="Times New Roman" w:hAnsi="Times New Roman" w:cs="Times New Roman"/>
                <w:b/>
                <w:sz w:val="20"/>
                <w:szCs w:val="20"/>
              </w:rPr>
              <w:t>Date</w:t>
            </w:r>
          </w:p>
        </w:tc>
      </w:tr>
      <w:tr w:rsidR="00385C06" w:rsidRPr="008A0241" w14:paraId="6C85A7CF" w14:textId="77777777">
        <w:trPr>
          <w:jc w:val="center"/>
        </w:trPr>
        <w:tc>
          <w:tcPr>
            <w:tcW w:w="2551" w:type="dxa"/>
            <w:vAlign w:val="center"/>
          </w:tcPr>
          <w:p w14:paraId="39BFE58F" w14:textId="77777777" w:rsidR="00385C06" w:rsidRPr="008A0241" w:rsidRDefault="008A0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241">
              <w:rPr>
                <w:rFonts w:ascii="Times New Roman" w:hAnsi="Times New Roman" w:cs="Times New Roman"/>
                <w:sz w:val="20"/>
                <w:szCs w:val="20"/>
              </w:rPr>
              <w:t>Apel</w:t>
            </w:r>
          </w:p>
        </w:tc>
        <w:tc>
          <w:tcPr>
            <w:tcW w:w="7087" w:type="dxa"/>
            <w:vAlign w:val="center"/>
          </w:tcPr>
          <w:p w14:paraId="11D67CFD" w14:textId="77777777" w:rsidR="00385C06" w:rsidRPr="008A0241" w:rsidRDefault="008A0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241">
              <w:rPr>
                <w:rFonts w:ascii="Times New Roman" w:hAnsi="Times New Roman" w:cs="Times New Roman"/>
                <w:sz w:val="20"/>
                <w:szCs w:val="20"/>
              </w:rPr>
              <w:t xml:space="preserve">PNRR/2025/C11/REFORMA 1 – Componenta C11 – Turism și cultură, Reforma R1 – Operaționalizarea Organizațiilor de Management al </w:t>
            </w:r>
            <w:r w:rsidRPr="008A0241">
              <w:rPr>
                <w:rFonts w:ascii="Times New Roman" w:hAnsi="Times New Roman" w:cs="Times New Roman"/>
                <w:sz w:val="20"/>
                <w:szCs w:val="20"/>
              </w:rPr>
              <w:t>Destinației</w:t>
            </w:r>
          </w:p>
        </w:tc>
      </w:tr>
      <w:tr w:rsidR="00385C06" w:rsidRPr="008A0241" w14:paraId="5C782E25" w14:textId="77777777">
        <w:trPr>
          <w:jc w:val="center"/>
        </w:trPr>
        <w:tc>
          <w:tcPr>
            <w:tcW w:w="2551" w:type="dxa"/>
            <w:vAlign w:val="center"/>
          </w:tcPr>
          <w:p w14:paraId="5E83AF5A" w14:textId="77777777" w:rsidR="00385C06" w:rsidRPr="008A0241" w:rsidRDefault="008A0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241">
              <w:rPr>
                <w:rFonts w:ascii="Times New Roman" w:hAnsi="Times New Roman" w:cs="Times New Roman"/>
                <w:sz w:val="20"/>
                <w:szCs w:val="20"/>
              </w:rPr>
              <w:t>Beneficiar</w:t>
            </w:r>
          </w:p>
        </w:tc>
        <w:tc>
          <w:tcPr>
            <w:tcW w:w="7087" w:type="dxa"/>
            <w:vAlign w:val="center"/>
          </w:tcPr>
          <w:p w14:paraId="7CEAF2F9" w14:textId="77777777" w:rsidR="00385C06" w:rsidRPr="008A0241" w:rsidRDefault="008A0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241">
              <w:rPr>
                <w:rFonts w:ascii="Times New Roman" w:hAnsi="Times New Roman" w:cs="Times New Roman"/>
                <w:sz w:val="20"/>
                <w:szCs w:val="20"/>
              </w:rPr>
              <w:t>COMUNA MOLDOVIȚA, JUDEȚUL SUCEAVA</w:t>
            </w:r>
          </w:p>
        </w:tc>
      </w:tr>
      <w:tr w:rsidR="00385C06" w:rsidRPr="008A0241" w14:paraId="30DD170A" w14:textId="77777777">
        <w:trPr>
          <w:jc w:val="center"/>
        </w:trPr>
        <w:tc>
          <w:tcPr>
            <w:tcW w:w="2551" w:type="dxa"/>
            <w:vAlign w:val="center"/>
          </w:tcPr>
          <w:p w14:paraId="098F2CAB" w14:textId="77777777" w:rsidR="00385C06" w:rsidRPr="008A0241" w:rsidRDefault="008A0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241">
              <w:rPr>
                <w:rFonts w:ascii="Times New Roman" w:hAnsi="Times New Roman" w:cs="Times New Roman"/>
                <w:sz w:val="20"/>
                <w:szCs w:val="20"/>
              </w:rPr>
              <w:t>Titlul proiectului</w:t>
            </w:r>
          </w:p>
        </w:tc>
        <w:tc>
          <w:tcPr>
            <w:tcW w:w="7087" w:type="dxa"/>
            <w:vAlign w:val="center"/>
          </w:tcPr>
          <w:p w14:paraId="54B14CD3" w14:textId="77777777" w:rsidR="00385C06" w:rsidRPr="008A0241" w:rsidRDefault="008A0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241">
              <w:rPr>
                <w:rFonts w:ascii="Times New Roman" w:hAnsi="Times New Roman" w:cs="Times New Roman"/>
                <w:sz w:val="20"/>
                <w:szCs w:val="20"/>
              </w:rPr>
              <w:t>Via Moldovița – Dezvoltarea și promovarea rețelei de trasee turistice din destinația Moldovița</w:t>
            </w:r>
          </w:p>
        </w:tc>
      </w:tr>
      <w:tr w:rsidR="00385C06" w:rsidRPr="008A0241" w14:paraId="3E7DB8F5" w14:textId="77777777">
        <w:trPr>
          <w:jc w:val="center"/>
        </w:trPr>
        <w:tc>
          <w:tcPr>
            <w:tcW w:w="2551" w:type="dxa"/>
            <w:vAlign w:val="center"/>
          </w:tcPr>
          <w:p w14:paraId="2CC9B30D" w14:textId="77777777" w:rsidR="00385C06" w:rsidRPr="008A0241" w:rsidRDefault="008A0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241">
              <w:rPr>
                <w:rFonts w:ascii="Times New Roman" w:hAnsi="Times New Roman" w:cs="Times New Roman"/>
                <w:sz w:val="20"/>
                <w:szCs w:val="20"/>
              </w:rPr>
              <w:t>Contract de finanțare</w:t>
            </w:r>
          </w:p>
        </w:tc>
        <w:tc>
          <w:tcPr>
            <w:tcW w:w="7087" w:type="dxa"/>
            <w:vAlign w:val="center"/>
          </w:tcPr>
          <w:p w14:paraId="50E6BA16" w14:textId="764A49DF" w:rsidR="00385C06" w:rsidRPr="008A0241" w:rsidRDefault="008A0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241">
              <w:rPr>
                <w:rFonts w:ascii="Times New Roman" w:hAnsi="Times New Roman" w:cs="Times New Roman"/>
                <w:sz w:val="20"/>
                <w:szCs w:val="20"/>
              </w:rPr>
              <w:t>nr. 109</w:t>
            </w:r>
            <w:r w:rsidRPr="008A0241">
              <w:rPr>
                <w:rFonts w:ascii="Times New Roman" w:hAnsi="Times New Roman" w:cs="Times New Roman"/>
                <w:sz w:val="20"/>
                <w:szCs w:val="20"/>
              </w:rPr>
              <w:t xml:space="preserve"> / 14.08.2026</w:t>
            </w:r>
          </w:p>
        </w:tc>
      </w:tr>
      <w:tr w:rsidR="00385C06" w:rsidRPr="008A0241" w14:paraId="7847EDCC" w14:textId="77777777">
        <w:trPr>
          <w:jc w:val="center"/>
        </w:trPr>
        <w:tc>
          <w:tcPr>
            <w:tcW w:w="2551" w:type="dxa"/>
            <w:vAlign w:val="center"/>
          </w:tcPr>
          <w:p w14:paraId="782D561C" w14:textId="77777777" w:rsidR="00385C06" w:rsidRPr="008A0241" w:rsidRDefault="008A0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241">
              <w:rPr>
                <w:rFonts w:ascii="Times New Roman" w:hAnsi="Times New Roman" w:cs="Times New Roman"/>
                <w:sz w:val="20"/>
                <w:szCs w:val="20"/>
              </w:rPr>
              <w:t>Achiziția</w:t>
            </w:r>
          </w:p>
        </w:tc>
        <w:tc>
          <w:tcPr>
            <w:tcW w:w="7087" w:type="dxa"/>
            <w:vAlign w:val="center"/>
          </w:tcPr>
          <w:p w14:paraId="7E4D5878" w14:textId="77777777" w:rsidR="00385C06" w:rsidRPr="008A0241" w:rsidRDefault="008A0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241">
              <w:rPr>
                <w:rFonts w:ascii="Times New Roman" w:hAnsi="Times New Roman" w:cs="Times New Roman"/>
                <w:sz w:val="20"/>
                <w:szCs w:val="20"/>
              </w:rPr>
              <w:t xml:space="preserve">Dotări – </w:t>
            </w:r>
            <w:r w:rsidRPr="008A0241">
              <w:rPr>
                <w:rFonts w:ascii="Times New Roman" w:hAnsi="Times New Roman" w:cs="Times New Roman"/>
                <w:sz w:val="20"/>
                <w:szCs w:val="20"/>
              </w:rPr>
              <w:t>semnalizare digitală outdoor 55” și bănci Smart IoT (5 puncte de interes)</w:t>
            </w:r>
          </w:p>
        </w:tc>
      </w:tr>
    </w:tbl>
    <w:p w14:paraId="7A7AB533" w14:textId="77777777" w:rsidR="00385C06" w:rsidRPr="008A0241" w:rsidRDefault="008A0241">
      <w:pPr>
        <w:rPr>
          <w:rFonts w:ascii="Times New Roman" w:hAnsi="Times New Roman" w:cs="Times New Roman"/>
          <w:sz w:val="20"/>
          <w:szCs w:val="20"/>
        </w:rPr>
      </w:pPr>
      <w:r w:rsidRPr="008A0241">
        <w:rPr>
          <w:rFonts w:ascii="Times New Roman" w:hAnsi="Times New Roman" w:cs="Times New Roman"/>
          <w:sz w:val="20"/>
          <w:szCs w:val="20"/>
        </w:rPr>
        <w:t>Subsemnatul/Subsemnata ______________________________, reprezentant legal al ______________________________, declar pe propria răspundere următoarele:</w:t>
      </w:r>
    </w:p>
    <w:p w14:paraId="50865CBD" w14:textId="77777777" w:rsidR="00385C06" w:rsidRPr="008A0241" w:rsidRDefault="008A0241">
      <w:pPr>
        <w:rPr>
          <w:rFonts w:ascii="Times New Roman" w:hAnsi="Times New Roman" w:cs="Times New Roman"/>
          <w:sz w:val="20"/>
          <w:szCs w:val="20"/>
        </w:rPr>
      </w:pPr>
      <w:r w:rsidRPr="008A0241">
        <w:rPr>
          <w:rFonts w:ascii="Segoe UI Symbol" w:hAnsi="Segoe UI Symbol" w:cs="Segoe UI Symbol"/>
          <w:sz w:val="20"/>
          <w:szCs w:val="20"/>
        </w:rPr>
        <w:t>☐</w:t>
      </w:r>
      <w:r w:rsidRPr="008A0241">
        <w:rPr>
          <w:rFonts w:ascii="Times New Roman" w:hAnsi="Times New Roman" w:cs="Times New Roman"/>
          <w:sz w:val="20"/>
          <w:szCs w:val="20"/>
        </w:rPr>
        <w:t xml:space="preserve"> Nu utilizez subcontractori p</w:t>
      </w:r>
      <w:r w:rsidRPr="008A0241">
        <w:rPr>
          <w:rFonts w:ascii="Times New Roman" w:hAnsi="Times New Roman" w:cs="Times New Roman"/>
          <w:sz w:val="20"/>
          <w:szCs w:val="20"/>
        </w:rPr>
        <w:t>entru executarea contractului.</w:t>
      </w:r>
    </w:p>
    <w:p w14:paraId="4DA09833" w14:textId="77777777" w:rsidR="00385C06" w:rsidRPr="008A0241" w:rsidRDefault="008A0241">
      <w:pPr>
        <w:rPr>
          <w:rFonts w:ascii="Times New Roman" w:hAnsi="Times New Roman" w:cs="Times New Roman"/>
          <w:sz w:val="20"/>
          <w:szCs w:val="20"/>
        </w:rPr>
      </w:pPr>
      <w:r w:rsidRPr="008A0241">
        <w:rPr>
          <w:rFonts w:ascii="Segoe UI Symbol" w:hAnsi="Segoe UI Symbol" w:cs="Segoe UI Symbol"/>
          <w:sz w:val="20"/>
          <w:szCs w:val="20"/>
        </w:rPr>
        <w:t>☐</w:t>
      </w:r>
      <w:r w:rsidRPr="008A0241">
        <w:rPr>
          <w:rFonts w:ascii="Times New Roman" w:hAnsi="Times New Roman" w:cs="Times New Roman"/>
          <w:sz w:val="20"/>
          <w:szCs w:val="20"/>
        </w:rPr>
        <w:t xml:space="preserve"> Utilizez subcontractorii menționați mai jos, pentru activitățile și valorile indicate: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1701"/>
        <w:gridCol w:w="3216"/>
        <w:gridCol w:w="3969"/>
      </w:tblGrid>
      <w:tr w:rsidR="00385C06" w:rsidRPr="008A0241" w14:paraId="306E17F4" w14:textId="77777777">
        <w:trPr>
          <w:jc w:val="center"/>
        </w:trPr>
        <w:tc>
          <w:tcPr>
            <w:tcW w:w="567" w:type="dxa"/>
            <w:shd w:val="clear" w:color="auto" w:fill="D9EAF7"/>
            <w:vAlign w:val="center"/>
          </w:tcPr>
          <w:p w14:paraId="24FBB8B1" w14:textId="77777777" w:rsidR="00385C06" w:rsidRPr="008A0241" w:rsidRDefault="008A0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241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</w:tc>
        <w:tc>
          <w:tcPr>
            <w:tcW w:w="1701" w:type="dxa"/>
            <w:shd w:val="clear" w:color="auto" w:fill="D9EAF7"/>
            <w:vAlign w:val="center"/>
          </w:tcPr>
          <w:p w14:paraId="67E921CF" w14:textId="77777777" w:rsidR="00385C06" w:rsidRPr="008A0241" w:rsidRDefault="008A0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241">
              <w:rPr>
                <w:rFonts w:ascii="Times New Roman" w:hAnsi="Times New Roman" w:cs="Times New Roman"/>
                <w:b/>
                <w:sz w:val="20"/>
                <w:szCs w:val="20"/>
              </w:rPr>
              <w:t>Element</w:t>
            </w:r>
          </w:p>
        </w:tc>
        <w:tc>
          <w:tcPr>
            <w:tcW w:w="2835" w:type="dxa"/>
            <w:shd w:val="clear" w:color="auto" w:fill="D9EAF7"/>
            <w:vAlign w:val="center"/>
          </w:tcPr>
          <w:p w14:paraId="75C2F549" w14:textId="77777777" w:rsidR="00385C06" w:rsidRPr="008A0241" w:rsidRDefault="008A0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241">
              <w:rPr>
                <w:rFonts w:ascii="Times New Roman" w:hAnsi="Times New Roman" w:cs="Times New Roman"/>
                <w:b/>
                <w:sz w:val="20"/>
                <w:szCs w:val="20"/>
              </w:rPr>
              <w:t>Date</w:t>
            </w:r>
          </w:p>
        </w:tc>
        <w:tc>
          <w:tcPr>
            <w:tcW w:w="3969" w:type="dxa"/>
            <w:shd w:val="clear" w:color="auto" w:fill="D9EAF7"/>
            <w:vAlign w:val="center"/>
          </w:tcPr>
          <w:p w14:paraId="5348F1B9" w14:textId="77777777" w:rsidR="00385C06" w:rsidRPr="008A0241" w:rsidRDefault="008A0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241">
              <w:rPr>
                <w:rFonts w:ascii="Times New Roman" w:hAnsi="Times New Roman" w:cs="Times New Roman"/>
                <w:b/>
                <w:sz w:val="20"/>
                <w:szCs w:val="20"/>
              </w:rPr>
              <w:t>Detalii</w:t>
            </w:r>
          </w:p>
        </w:tc>
      </w:tr>
      <w:tr w:rsidR="00385C06" w:rsidRPr="008A0241" w14:paraId="5BDC3638" w14:textId="77777777">
        <w:trPr>
          <w:jc w:val="center"/>
        </w:trPr>
        <w:tc>
          <w:tcPr>
            <w:tcW w:w="567" w:type="dxa"/>
            <w:vAlign w:val="center"/>
          </w:tcPr>
          <w:p w14:paraId="0A99CC01" w14:textId="77777777" w:rsidR="00385C06" w:rsidRPr="008A0241" w:rsidRDefault="008A0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24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14:paraId="4933E61B" w14:textId="77777777" w:rsidR="00385C06" w:rsidRPr="008A0241" w:rsidRDefault="008A0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241">
              <w:rPr>
                <w:rFonts w:ascii="Times New Roman" w:hAnsi="Times New Roman" w:cs="Times New Roman"/>
                <w:sz w:val="20"/>
                <w:szCs w:val="20"/>
              </w:rPr>
              <w:t>Denumire subcontractant</w:t>
            </w:r>
          </w:p>
        </w:tc>
        <w:tc>
          <w:tcPr>
            <w:tcW w:w="2835" w:type="dxa"/>
            <w:vAlign w:val="center"/>
          </w:tcPr>
          <w:p w14:paraId="670F65EF" w14:textId="77777777" w:rsidR="00385C06" w:rsidRPr="008A0241" w:rsidRDefault="008A0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241">
              <w:rPr>
                <w:rFonts w:ascii="Times New Roman" w:hAnsi="Times New Roman" w:cs="Times New Roman"/>
                <w:sz w:val="20"/>
                <w:szCs w:val="20"/>
              </w:rPr>
              <w:t>______________________________</w:t>
            </w:r>
          </w:p>
        </w:tc>
        <w:tc>
          <w:tcPr>
            <w:tcW w:w="3969" w:type="dxa"/>
            <w:vAlign w:val="center"/>
          </w:tcPr>
          <w:p w14:paraId="54C670A4" w14:textId="77777777" w:rsidR="00385C06" w:rsidRPr="008A0241" w:rsidRDefault="008A0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241">
              <w:rPr>
                <w:rFonts w:ascii="Times New Roman" w:hAnsi="Times New Roman" w:cs="Times New Roman"/>
                <w:sz w:val="20"/>
                <w:szCs w:val="20"/>
              </w:rPr>
              <w:t xml:space="preserve">CUI: ____________________ | Activități: </w:t>
            </w:r>
            <w:r w:rsidRPr="008A0241">
              <w:rPr>
                <w:rFonts w:ascii="Times New Roman" w:hAnsi="Times New Roman" w:cs="Times New Roman"/>
                <w:sz w:val="20"/>
                <w:szCs w:val="20"/>
              </w:rPr>
              <w:t>____________________ | Valoare fără TVA: __________</w:t>
            </w:r>
          </w:p>
        </w:tc>
      </w:tr>
      <w:tr w:rsidR="00385C06" w:rsidRPr="008A0241" w14:paraId="53B04718" w14:textId="77777777">
        <w:trPr>
          <w:jc w:val="center"/>
        </w:trPr>
        <w:tc>
          <w:tcPr>
            <w:tcW w:w="567" w:type="dxa"/>
            <w:vAlign w:val="center"/>
          </w:tcPr>
          <w:p w14:paraId="2A18D8BD" w14:textId="77777777" w:rsidR="00385C06" w:rsidRPr="008A0241" w:rsidRDefault="008A0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24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163F8EB3" w14:textId="77777777" w:rsidR="00385C06" w:rsidRPr="008A0241" w:rsidRDefault="008A0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241">
              <w:rPr>
                <w:rFonts w:ascii="Times New Roman" w:hAnsi="Times New Roman" w:cs="Times New Roman"/>
                <w:sz w:val="20"/>
                <w:szCs w:val="20"/>
              </w:rPr>
              <w:t>Denumire subcontractant</w:t>
            </w:r>
          </w:p>
        </w:tc>
        <w:tc>
          <w:tcPr>
            <w:tcW w:w="2835" w:type="dxa"/>
            <w:vAlign w:val="center"/>
          </w:tcPr>
          <w:p w14:paraId="1F5219CF" w14:textId="77777777" w:rsidR="00385C06" w:rsidRPr="008A0241" w:rsidRDefault="008A0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241">
              <w:rPr>
                <w:rFonts w:ascii="Times New Roman" w:hAnsi="Times New Roman" w:cs="Times New Roman"/>
                <w:sz w:val="20"/>
                <w:szCs w:val="20"/>
              </w:rPr>
              <w:t>______________________________</w:t>
            </w:r>
          </w:p>
        </w:tc>
        <w:tc>
          <w:tcPr>
            <w:tcW w:w="3969" w:type="dxa"/>
            <w:vAlign w:val="center"/>
          </w:tcPr>
          <w:p w14:paraId="2BB4D731" w14:textId="77777777" w:rsidR="00385C06" w:rsidRPr="008A0241" w:rsidRDefault="008A0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241">
              <w:rPr>
                <w:rFonts w:ascii="Times New Roman" w:hAnsi="Times New Roman" w:cs="Times New Roman"/>
                <w:sz w:val="20"/>
                <w:szCs w:val="20"/>
              </w:rPr>
              <w:t>CUI: ____________________ | Activități: ____________________ | Valoare fără TVA: __________</w:t>
            </w:r>
          </w:p>
        </w:tc>
      </w:tr>
    </w:tbl>
    <w:p w14:paraId="2CA44AD2" w14:textId="77777777" w:rsidR="00385C06" w:rsidRPr="008A0241" w:rsidRDefault="008A0241">
      <w:pPr>
        <w:rPr>
          <w:rFonts w:ascii="Times New Roman" w:hAnsi="Times New Roman" w:cs="Times New Roman"/>
          <w:sz w:val="20"/>
          <w:szCs w:val="20"/>
        </w:rPr>
      </w:pPr>
      <w:r w:rsidRPr="008A0241">
        <w:rPr>
          <w:rFonts w:ascii="Times New Roman" w:hAnsi="Times New Roman" w:cs="Times New Roman"/>
          <w:sz w:val="20"/>
          <w:szCs w:val="20"/>
        </w:rPr>
        <w:t>În cazul utilizării subcontractorilor, anexez acordul</w:t>
      </w:r>
      <w:r w:rsidRPr="008A0241">
        <w:rPr>
          <w:rFonts w:ascii="Times New Roman" w:hAnsi="Times New Roman" w:cs="Times New Roman"/>
          <w:sz w:val="20"/>
          <w:szCs w:val="20"/>
        </w:rPr>
        <w:t>/angajamentul de subcontractare, documentele de înregistrare relevante și declarația privind beneficiarii reali pentru fiecare subcontractor, după caz.</w:t>
      </w:r>
    </w:p>
    <w:p w14:paraId="35D731BB" w14:textId="77777777" w:rsidR="00385C06" w:rsidRPr="008A0241" w:rsidRDefault="008A0241">
      <w:pPr>
        <w:rPr>
          <w:rFonts w:ascii="Times New Roman" w:hAnsi="Times New Roman" w:cs="Times New Roman"/>
          <w:sz w:val="20"/>
          <w:szCs w:val="20"/>
        </w:rPr>
      </w:pPr>
      <w:r w:rsidRPr="008A0241">
        <w:rPr>
          <w:rFonts w:ascii="Times New Roman" w:hAnsi="Times New Roman" w:cs="Times New Roman"/>
          <w:sz w:val="20"/>
          <w:szCs w:val="20"/>
        </w:rPr>
        <w:t>Data: ____________</w:t>
      </w:r>
      <w:r w:rsidRPr="008A0241">
        <w:rPr>
          <w:rFonts w:ascii="Times New Roman" w:hAnsi="Times New Roman" w:cs="Times New Roman"/>
          <w:sz w:val="20"/>
          <w:szCs w:val="20"/>
        </w:rPr>
        <w:br/>
      </w:r>
      <w:r w:rsidRPr="008A0241">
        <w:rPr>
          <w:rFonts w:ascii="Times New Roman" w:hAnsi="Times New Roman" w:cs="Times New Roman"/>
          <w:sz w:val="20"/>
          <w:szCs w:val="20"/>
        </w:rPr>
        <w:br/>
        <w:t>Ofertant,</w:t>
      </w:r>
      <w:r w:rsidRPr="008A0241">
        <w:rPr>
          <w:rFonts w:ascii="Times New Roman" w:hAnsi="Times New Roman" w:cs="Times New Roman"/>
          <w:sz w:val="20"/>
          <w:szCs w:val="20"/>
        </w:rPr>
        <w:br/>
        <w:t>Denumire: ______________________________</w:t>
      </w:r>
      <w:r w:rsidRPr="008A0241">
        <w:rPr>
          <w:rFonts w:ascii="Times New Roman" w:hAnsi="Times New Roman" w:cs="Times New Roman"/>
          <w:sz w:val="20"/>
          <w:szCs w:val="20"/>
        </w:rPr>
        <w:br/>
        <w:t>Reprezentant legal: _____________</w:t>
      </w:r>
      <w:r w:rsidRPr="008A0241">
        <w:rPr>
          <w:rFonts w:ascii="Times New Roman" w:hAnsi="Times New Roman" w:cs="Times New Roman"/>
          <w:sz w:val="20"/>
          <w:szCs w:val="20"/>
        </w:rPr>
        <w:t>_________________</w:t>
      </w:r>
      <w:r w:rsidRPr="008A0241">
        <w:rPr>
          <w:rFonts w:ascii="Times New Roman" w:hAnsi="Times New Roman" w:cs="Times New Roman"/>
          <w:sz w:val="20"/>
          <w:szCs w:val="20"/>
        </w:rPr>
        <w:br/>
        <w:t>Semnătură și ștampilă: ______________________________</w:t>
      </w:r>
    </w:p>
    <w:sectPr w:rsidR="00385C06" w:rsidRPr="008A0241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85C06"/>
    <w:rsid w:val="008A024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1A9B49"/>
  <w14:defaultImageDpi w14:val="300"/>
  <w15:docId w15:val="{3A82452B-DD1A-4DA8-9BBD-0EF534007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Livia Camciuc</cp:lastModifiedBy>
  <cp:revision>2</cp:revision>
  <dcterms:created xsi:type="dcterms:W3CDTF">2013-12-23T23:15:00Z</dcterms:created>
  <dcterms:modified xsi:type="dcterms:W3CDTF">2026-08-21T11:29:00Z</dcterms:modified>
  <cp:category/>
</cp:coreProperties>
</file>