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E742A" w14:textId="77777777" w:rsidR="00ED7C59" w:rsidRPr="00053A73" w:rsidRDefault="00053A73">
      <w:pPr>
        <w:pStyle w:val="Heading1"/>
        <w:jc w:val="center"/>
        <w:rPr>
          <w:rFonts w:ascii="Times New Roman" w:hAnsi="Times New Roman" w:cs="Times New Roman"/>
          <w:sz w:val="20"/>
          <w:szCs w:val="20"/>
        </w:rPr>
      </w:pPr>
      <w:r w:rsidRPr="00053A73">
        <w:rPr>
          <w:rFonts w:ascii="Times New Roman" w:hAnsi="Times New Roman" w:cs="Times New Roman"/>
          <w:sz w:val="20"/>
          <w:szCs w:val="20"/>
        </w:rPr>
        <w:t>FORMULAR DE OFERTĂ – MODEL DE COMPLETAT DE OFERTANT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7087"/>
      </w:tblGrid>
      <w:tr w:rsidR="00ED7C59" w:rsidRPr="00053A73" w14:paraId="59C208B6" w14:textId="77777777">
        <w:trPr>
          <w:jc w:val="center"/>
        </w:trPr>
        <w:tc>
          <w:tcPr>
            <w:tcW w:w="2551" w:type="dxa"/>
            <w:shd w:val="clear" w:color="auto" w:fill="D9EAF7"/>
            <w:vAlign w:val="center"/>
          </w:tcPr>
          <w:p w14:paraId="21CB1A06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b/>
                <w:sz w:val="20"/>
                <w:szCs w:val="20"/>
              </w:rPr>
              <w:t>Element</w:t>
            </w:r>
          </w:p>
        </w:tc>
        <w:tc>
          <w:tcPr>
            <w:tcW w:w="7087" w:type="dxa"/>
            <w:shd w:val="clear" w:color="auto" w:fill="D9EAF7"/>
            <w:vAlign w:val="center"/>
          </w:tcPr>
          <w:p w14:paraId="07B22F02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b/>
                <w:sz w:val="20"/>
                <w:szCs w:val="20"/>
              </w:rPr>
              <w:t>Date</w:t>
            </w:r>
          </w:p>
        </w:tc>
      </w:tr>
      <w:tr w:rsidR="00ED7C59" w:rsidRPr="00053A73" w14:paraId="2C185F3B" w14:textId="77777777">
        <w:trPr>
          <w:jc w:val="center"/>
        </w:trPr>
        <w:tc>
          <w:tcPr>
            <w:tcW w:w="2551" w:type="dxa"/>
            <w:vAlign w:val="center"/>
          </w:tcPr>
          <w:p w14:paraId="03D515AC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Apel</w:t>
            </w:r>
          </w:p>
        </w:tc>
        <w:tc>
          <w:tcPr>
            <w:tcW w:w="7087" w:type="dxa"/>
            <w:vAlign w:val="center"/>
          </w:tcPr>
          <w:p w14:paraId="20AD1C03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 xml:space="preserve">PNRR/2025/C11/REFORMA 1 – Componenta C11 – Turism și cultură, Reforma R1 – Operaționalizarea Organizațiilor de </w:t>
            </w: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Management al Destinației</w:t>
            </w:r>
          </w:p>
        </w:tc>
      </w:tr>
      <w:tr w:rsidR="00ED7C59" w:rsidRPr="00053A73" w14:paraId="3A0C12B3" w14:textId="77777777">
        <w:trPr>
          <w:jc w:val="center"/>
        </w:trPr>
        <w:tc>
          <w:tcPr>
            <w:tcW w:w="2551" w:type="dxa"/>
            <w:vAlign w:val="center"/>
          </w:tcPr>
          <w:p w14:paraId="3E0A207E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Beneficiar</w:t>
            </w:r>
          </w:p>
        </w:tc>
        <w:tc>
          <w:tcPr>
            <w:tcW w:w="7087" w:type="dxa"/>
            <w:vAlign w:val="center"/>
          </w:tcPr>
          <w:p w14:paraId="258D553F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COMUNA MOLDOVIȚA, JUDEȚUL SUCEAVA</w:t>
            </w:r>
          </w:p>
        </w:tc>
      </w:tr>
      <w:tr w:rsidR="00ED7C59" w:rsidRPr="00053A73" w14:paraId="6F50C295" w14:textId="77777777">
        <w:trPr>
          <w:jc w:val="center"/>
        </w:trPr>
        <w:tc>
          <w:tcPr>
            <w:tcW w:w="2551" w:type="dxa"/>
            <w:vAlign w:val="center"/>
          </w:tcPr>
          <w:p w14:paraId="7C363B6F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Titlul proiectului</w:t>
            </w:r>
          </w:p>
        </w:tc>
        <w:tc>
          <w:tcPr>
            <w:tcW w:w="7087" w:type="dxa"/>
            <w:vAlign w:val="center"/>
          </w:tcPr>
          <w:p w14:paraId="47930C6E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Via Moldovița – Dezvoltarea și promovarea rețelei de trasee turistice din destinația Moldovița</w:t>
            </w:r>
          </w:p>
        </w:tc>
      </w:tr>
      <w:tr w:rsidR="00ED7C59" w:rsidRPr="00053A73" w14:paraId="186BC9C5" w14:textId="77777777">
        <w:trPr>
          <w:jc w:val="center"/>
        </w:trPr>
        <w:tc>
          <w:tcPr>
            <w:tcW w:w="2551" w:type="dxa"/>
            <w:vAlign w:val="center"/>
          </w:tcPr>
          <w:p w14:paraId="0845BA2E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Contract de finanțare</w:t>
            </w:r>
          </w:p>
        </w:tc>
        <w:tc>
          <w:tcPr>
            <w:tcW w:w="7087" w:type="dxa"/>
            <w:vAlign w:val="center"/>
          </w:tcPr>
          <w:p w14:paraId="7604277C" w14:textId="7D9CBCD1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nr. 109</w:t>
            </w: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 xml:space="preserve"> / 14.08.2026</w:t>
            </w:r>
          </w:p>
        </w:tc>
      </w:tr>
      <w:tr w:rsidR="00ED7C59" w:rsidRPr="00053A73" w14:paraId="72A29A88" w14:textId="77777777">
        <w:trPr>
          <w:jc w:val="center"/>
        </w:trPr>
        <w:tc>
          <w:tcPr>
            <w:tcW w:w="2551" w:type="dxa"/>
            <w:vAlign w:val="center"/>
          </w:tcPr>
          <w:p w14:paraId="7A2838A5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Achiziția</w:t>
            </w:r>
          </w:p>
        </w:tc>
        <w:tc>
          <w:tcPr>
            <w:tcW w:w="7087" w:type="dxa"/>
            <w:vAlign w:val="center"/>
          </w:tcPr>
          <w:p w14:paraId="741206FA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Dotări – semnalizare digitală outdoor 55” și bănci Smart IoT (5 puncte de interes)</w:t>
            </w:r>
          </w:p>
        </w:tc>
      </w:tr>
    </w:tbl>
    <w:p w14:paraId="630F3B08" w14:textId="77777777" w:rsidR="00ED7C59" w:rsidRPr="00053A73" w:rsidRDefault="00053A73">
      <w:pPr>
        <w:rPr>
          <w:rFonts w:ascii="Times New Roman" w:hAnsi="Times New Roman" w:cs="Times New Roman"/>
          <w:sz w:val="20"/>
          <w:szCs w:val="20"/>
        </w:rPr>
      </w:pPr>
      <w:r w:rsidRPr="00053A73">
        <w:rPr>
          <w:rFonts w:ascii="Times New Roman" w:hAnsi="Times New Roman" w:cs="Times New Roman"/>
          <w:sz w:val="20"/>
          <w:szCs w:val="20"/>
        </w:rPr>
        <w:t>Către: COMUNA MOLDOVIȚA, JUDEȚUL SUCEAVA</w:t>
      </w:r>
    </w:p>
    <w:p w14:paraId="5A5883D6" w14:textId="77777777" w:rsidR="00ED7C59" w:rsidRPr="00053A73" w:rsidRDefault="00053A73">
      <w:pPr>
        <w:rPr>
          <w:rFonts w:ascii="Times New Roman" w:hAnsi="Times New Roman" w:cs="Times New Roman"/>
          <w:sz w:val="20"/>
          <w:szCs w:val="20"/>
        </w:rPr>
      </w:pPr>
      <w:r w:rsidRPr="00053A73">
        <w:rPr>
          <w:rFonts w:ascii="Times New Roman" w:hAnsi="Times New Roman" w:cs="Times New Roman"/>
          <w:sz w:val="20"/>
          <w:szCs w:val="20"/>
        </w:rPr>
        <w:t>Subsemnatul/Subsemnata ______________________________, reprezentant legal al ______________________________, cu sediul în</w:t>
      </w:r>
      <w:r w:rsidRPr="00053A73">
        <w:rPr>
          <w:rFonts w:ascii="Times New Roman" w:hAnsi="Times New Roman" w:cs="Times New Roman"/>
          <w:sz w:val="20"/>
          <w:szCs w:val="20"/>
        </w:rPr>
        <w:t xml:space="preserve"> ______________________________, CUI ____________________, nr. ORC ____________________, formulez prezenta ofertă pentru achiziția indicată mai sus.</w:t>
      </w:r>
    </w:p>
    <w:p w14:paraId="10C69218" w14:textId="77777777" w:rsidR="00ED7C59" w:rsidRPr="00053A73" w:rsidRDefault="00053A73">
      <w:pPr>
        <w:pStyle w:val="Heading2"/>
        <w:rPr>
          <w:rFonts w:ascii="Times New Roman" w:hAnsi="Times New Roman" w:cs="Times New Roman"/>
          <w:sz w:val="20"/>
          <w:szCs w:val="20"/>
        </w:rPr>
      </w:pPr>
      <w:r w:rsidRPr="00053A73">
        <w:rPr>
          <w:rFonts w:ascii="Times New Roman" w:hAnsi="Times New Roman" w:cs="Times New Roman"/>
          <w:sz w:val="20"/>
          <w:szCs w:val="20"/>
        </w:rPr>
        <w:t>1. Oferta financiară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0"/>
        <w:gridCol w:w="3798"/>
        <w:gridCol w:w="680"/>
        <w:gridCol w:w="689"/>
        <w:gridCol w:w="1134"/>
        <w:gridCol w:w="1134"/>
        <w:gridCol w:w="1417"/>
      </w:tblGrid>
      <w:tr w:rsidR="00ED7C59" w:rsidRPr="00053A73" w14:paraId="1CFB6C49" w14:textId="77777777">
        <w:trPr>
          <w:jc w:val="center"/>
        </w:trPr>
        <w:tc>
          <w:tcPr>
            <w:tcW w:w="454" w:type="dxa"/>
            <w:shd w:val="clear" w:color="auto" w:fill="D9EAF7"/>
            <w:vAlign w:val="center"/>
          </w:tcPr>
          <w:p w14:paraId="2CDF6508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3798" w:type="dxa"/>
            <w:shd w:val="clear" w:color="auto" w:fill="D9EAF7"/>
            <w:vAlign w:val="center"/>
          </w:tcPr>
          <w:p w14:paraId="1133B43C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b/>
                <w:sz w:val="20"/>
                <w:szCs w:val="20"/>
              </w:rPr>
              <w:t>Denumire produs/serviciu</w:t>
            </w:r>
          </w:p>
        </w:tc>
        <w:tc>
          <w:tcPr>
            <w:tcW w:w="680" w:type="dxa"/>
            <w:shd w:val="clear" w:color="auto" w:fill="D9EAF7"/>
            <w:vAlign w:val="center"/>
          </w:tcPr>
          <w:p w14:paraId="07960A7D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b/>
                <w:sz w:val="20"/>
                <w:szCs w:val="20"/>
              </w:rPr>
              <w:t>U.M.</w:t>
            </w:r>
          </w:p>
        </w:tc>
        <w:tc>
          <w:tcPr>
            <w:tcW w:w="567" w:type="dxa"/>
            <w:shd w:val="clear" w:color="auto" w:fill="D9EAF7"/>
            <w:vAlign w:val="center"/>
          </w:tcPr>
          <w:p w14:paraId="221D02BA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b/>
                <w:sz w:val="20"/>
                <w:szCs w:val="20"/>
              </w:rPr>
              <w:t>Cant.</w:t>
            </w:r>
          </w:p>
        </w:tc>
        <w:tc>
          <w:tcPr>
            <w:tcW w:w="1134" w:type="dxa"/>
            <w:shd w:val="clear" w:color="auto" w:fill="D9EAF7"/>
            <w:vAlign w:val="center"/>
          </w:tcPr>
          <w:p w14:paraId="4DFE5E94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b/>
                <w:sz w:val="20"/>
                <w:szCs w:val="20"/>
              </w:rPr>
              <w:t>Preț unitar fără TVA</w:t>
            </w:r>
          </w:p>
        </w:tc>
        <w:tc>
          <w:tcPr>
            <w:tcW w:w="1134" w:type="dxa"/>
            <w:shd w:val="clear" w:color="auto" w:fill="D9EAF7"/>
            <w:vAlign w:val="center"/>
          </w:tcPr>
          <w:p w14:paraId="327F38C5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b/>
                <w:sz w:val="20"/>
                <w:szCs w:val="20"/>
              </w:rPr>
              <w:t>Valoare fără TVA</w:t>
            </w:r>
          </w:p>
        </w:tc>
        <w:tc>
          <w:tcPr>
            <w:tcW w:w="1417" w:type="dxa"/>
            <w:shd w:val="clear" w:color="auto" w:fill="D9EAF7"/>
            <w:vAlign w:val="center"/>
          </w:tcPr>
          <w:p w14:paraId="55B1B1B6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b/>
                <w:sz w:val="20"/>
                <w:szCs w:val="20"/>
              </w:rPr>
              <w:t>TVA / Va</w:t>
            </w:r>
            <w:r w:rsidRPr="00053A73">
              <w:rPr>
                <w:rFonts w:ascii="Times New Roman" w:hAnsi="Times New Roman" w:cs="Times New Roman"/>
                <w:b/>
                <w:sz w:val="20"/>
                <w:szCs w:val="20"/>
              </w:rPr>
              <w:t>loare cu TVA</w:t>
            </w:r>
          </w:p>
        </w:tc>
      </w:tr>
      <w:tr w:rsidR="00ED7C59" w:rsidRPr="00053A73" w14:paraId="65173798" w14:textId="77777777">
        <w:trPr>
          <w:jc w:val="center"/>
        </w:trPr>
        <w:tc>
          <w:tcPr>
            <w:tcW w:w="454" w:type="dxa"/>
            <w:vAlign w:val="center"/>
          </w:tcPr>
          <w:p w14:paraId="7475E5D6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98" w:type="dxa"/>
            <w:vAlign w:val="center"/>
          </w:tcPr>
          <w:p w14:paraId="69FF4138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Bancă Smart IoT</w:t>
            </w:r>
          </w:p>
        </w:tc>
        <w:tc>
          <w:tcPr>
            <w:tcW w:w="680" w:type="dxa"/>
            <w:vAlign w:val="center"/>
          </w:tcPr>
          <w:p w14:paraId="0075F291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buc.</w:t>
            </w:r>
          </w:p>
        </w:tc>
        <w:tc>
          <w:tcPr>
            <w:tcW w:w="567" w:type="dxa"/>
            <w:vAlign w:val="center"/>
          </w:tcPr>
          <w:p w14:paraId="47E74365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0E1165AB" w14:textId="77777777" w:rsidR="00ED7C59" w:rsidRPr="00053A73" w:rsidRDefault="00ED7C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76063F" w14:textId="77777777" w:rsidR="00ED7C59" w:rsidRPr="00053A73" w:rsidRDefault="00ED7C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6DA7068" w14:textId="77777777" w:rsidR="00ED7C59" w:rsidRPr="00053A73" w:rsidRDefault="00ED7C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C59" w:rsidRPr="00053A73" w14:paraId="37AA0EBA" w14:textId="77777777">
        <w:trPr>
          <w:jc w:val="center"/>
        </w:trPr>
        <w:tc>
          <w:tcPr>
            <w:tcW w:w="454" w:type="dxa"/>
            <w:vAlign w:val="center"/>
          </w:tcPr>
          <w:p w14:paraId="46BCBF0D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98" w:type="dxa"/>
            <w:vAlign w:val="center"/>
          </w:tcPr>
          <w:p w14:paraId="51FA20BA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Semnalizare digitală outdoor 55”</w:t>
            </w:r>
          </w:p>
        </w:tc>
        <w:tc>
          <w:tcPr>
            <w:tcW w:w="680" w:type="dxa"/>
            <w:vAlign w:val="center"/>
          </w:tcPr>
          <w:p w14:paraId="03C65298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buc.</w:t>
            </w:r>
          </w:p>
        </w:tc>
        <w:tc>
          <w:tcPr>
            <w:tcW w:w="567" w:type="dxa"/>
            <w:vAlign w:val="center"/>
          </w:tcPr>
          <w:p w14:paraId="6A5B4E95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4BE2A144" w14:textId="77777777" w:rsidR="00ED7C59" w:rsidRPr="00053A73" w:rsidRDefault="00ED7C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518033" w14:textId="77777777" w:rsidR="00ED7C59" w:rsidRPr="00053A73" w:rsidRDefault="00ED7C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1AFFDD7" w14:textId="77777777" w:rsidR="00ED7C59" w:rsidRPr="00053A73" w:rsidRDefault="00ED7C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C59" w:rsidRPr="00053A73" w14:paraId="079CC140" w14:textId="77777777">
        <w:trPr>
          <w:jc w:val="center"/>
        </w:trPr>
        <w:tc>
          <w:tcPr>
            <w:tcW w:w="454" w:type="dxa"/>
            <w:vAlign w:val="center"/>
          </w:tcPr>
          <w:p w14:paraId="1203C572" w14:textId="77777777" w:rsidR="00ED7C59" w:rsidRPr="00053A73" w:rsidRDefault="00ED7C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8" w:type="dxa"/>
            <w:vAlign w:val="center"/>
          </w:tcPr>
          <w:p w14:paraId="35BA7205" w14:textId="77777777" w:rsidR="00ED7C59" w:rsidRPr="00053A73" w:rsidRDefault="00053A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A73">
              <w:rPr>
                <w:rFonts w:ascii="Times New Roman" w:hAnsi="Times New Roman" w:cs="Times New Roman"/>
                <w:sz w:val="20"/>
                <w:szCs w:val="20"/>
              </w:rPr>
              <w:t>TOTAL GENERAL</w:t>
            </w:r>
          </w:p>
        </w:tc>
        <w:tc>
          <w:tcPr>
            <w:tcW w:w="680" w:type="dxa"/>
            <w:vAlign w:val="center"/>
          </w:tcPr>
          <w:p w14:paraId="4CB4E7DB" w14:textId="77777777" w:rsidR="00ED7C59" w:rsidRPr="00053A73" w:rsidRDefault="00ED7C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32FA5AF" w14:textId="77777777" w:rsidR="00ED7C59" w:rsidRPr="00053A73" w:rsidRDefault="00ED7C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F3FE58" w14:textId="77777777" w:rsidR="00ED7C59" w:rsidRPr="00053A73" w:rsidRDefault="00ED7C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7152A7" w14:textId="77777777" w:rsidR="00ED7C59" w:rsidRPr="00053A73" w:rsidRDefault="00ED7C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27CC4F6" w14:textId="77777777" w:rsidR="00ED7C59" w:rsidRPr="00053A73" w:rsidRDefault="00ED7C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AE6A5A" w14:textId="77777777" w:rsidR="00ED7C59" w:rsidRPr="00053A73" w:rsidRDefault="00053A73">
      <w:pPr>
        <w:pStyle w:val="Heading2"/>
        <w:rPr>
          <w:rFonts w:ascii="Times New Roman" w:hAnsi="Times New Roman" w:cs="Times New Roman"/>
          <w:sz w:val="20"/>
          <w:szCs w:val="20"/>
        </w:rPr>
      </w:pPr>
      <w:r w:rsidRPr="00053A73">
        <w:rPr>
          <w:rFonts w:ascii="Times New Roman" w:hAnsi="Times New Roman" w:cs="Times New Roman"/>
          <w:sz w:val="20"/>
          <w:szCs w:val="20"/>
        </w:rPr>
        <w:t>2. Declarații ale ofertantului</w:t>
      </w:r>
    </w:p>
    <w:p w14:paraId="7532CEB5" w14:textId="77777777" w:rsidR="00ED7C59" w:rsidRPr="00053A73" w:rsidRDefault="00053A73">
      <w:pPr>
        <w:rPr>
          <w:rFonts w:ascii="Times New Roman" w:hAnsi="Times New Roman" w:cs="Times New Roman"/>
          <w:sz w:val="20"/>
          <w:szCs w:val="20"/>
        </w:rPr>
      </w:pPr>
      <w:r w:rsidRPr="00053A73">
        <w:rPr>
          <w:rFonts w:ascii="Times New Roman" w:hAnsi="Times New Roman" w:cs="Times New Roman"/>
          <w:sz w:val="20"/>
          <w:szCs w:val="20"/>
        </w:rPr>
        <w:t xml:space="preserve">• Confirm că prețurile ofertate includ toate costurile necesare executării contractului, inclusiv </w:t>
      </w:r>
      <w:r w:rsidRPr="00053A73">
        <w:rPr>
          <w:rFonts w:ascii="Times New Roman" w:hAnsi="Times New Roman" w:cs="Times New Roman"/>
          <w:sz w:val="20"/>
          <w:szCs w:val="20"/>
        </w:rPr>
        <w:t>transport, livrare, instalare/montaj, configurare, punere în funcțiune, instruire, garanție și orice costuri accesorii, după caz.</w:t>
      </w:r>
    </w:p>
    <w:p w14:paraId="3930E669" w14:textId="77777777" w:rsidR="00ED7C59" w:rsidRPr="00053A73" w:rsidRDefault="00053A73">
      <w:pPr>
        <w:rPr>
          <w:rFonts w:ascii="Times New Roman" w:hAnsi="Times New Roman" w:cs="Times New Roman"/>
          <w:sz w:val="20"/>
          <w:szCs w:val="20"/>
        </w:rPr>
      </w:pPr>
      <w:r w:rsidRPr="00053A73">
        <w:rPr>
          <w:rFonts w:ascii="Times New Roman" w:hAnsi="Times New Roman" w:cs="Times New Roman"/>
          <w:sz w:val="20"/>
          <w:szCs w:val="20"/>
        </w:rPr>
        <w:t>• Confirm că termenul maxim pentru toate obligațiile ofertantului, inclusiv furnizare, livrare, instalare/montaj, configurare,</w:t>
      </w:r>
      <w:r w:rsidRPr="00053A73">
        <w:rPr>
          <w:rFonts w:ascii="Times New Roman" w:hAnsi="Times New Roman" w:cs="Times New Roman"/>
          <w:sz w:val="20"/>
          <w:szCs w:val="20"/>
        </w:rPr>
        <w:t xml:space="preserve"> punere în funcțiune, testare, instruire și predare, este de 15 zile calendaristice, calculat de la data stabilită prin contract/note de comandă, cu finalizare și recepție cel târziu până la 31.08.2026.</w:t>
      </w:r>
    </w:p>
    <w:p w14:paraId="2404148D" w14:textId="77777777" w:rsidR="00ED7C59" w:rsidRPr="00053A73" w:rsidRDefault="00053A73">
      <w:pPr>
        <w:rPr>
          <w:rFonts w:ascii="Times New Roman" w:hAnsi="Times New Roman" w:cs="Times New Roman"/>
          <w:sz w:val="20"/>
          <w:szCs w:val="20"/>
        </w:rPr>
      </w:pPr>
      <w:r w:rsidRPr="00053A73">
        <w:rPr>
          <w:rFonts w:ascii="Times New Roman" w:hAnsi="Times New Roman" w:cs="Times New Roman"/>
          <w:sz w:val="20"/>
          <w:szCs w:val="20"/>
        </w:rPr>
        <w:t>• Confirm că acord o garanție de minimum 24 de luni d</w:t>
      </w:r>
      <w:r w:rsidRPr="00053A73">
        <w:rPr>
          <w:rFonts w:ascii="Times New Roman" w:hAnsi="Times New Roman" w:cs="Times New Roman"/>
          <w:sz w:val="20"/>
          <w:szCs w:val="20"/>
        </w:rPr>
        <w:t>e la recepția finală și că produsele sunt noi, neutilizate și conforme cu cerințele solicitate, după caz.</w:t>
      </w:r>
    </w:p>
    <w:p w14:paraId="4B9526DC" w14:textId="77777777" w:rsidR="00ED7C59" w:rsidRPr="00053A73" w:rsidRDefault="00053A73">
      <w:pPr>
        <w:rPr>
          <w:rFonts w:ascii="Times New Roman" w:hAnsi="Times New Roman" w:cs="Times New Roman"/>
          <w:sz w:val="20"/>
          <w:szCs w:val="20"/>
        </w:rPr>
      </w:pPr>
      <w:r w:rsidRPr="00053A73">
        <w:rPr>
          <w:rFonts w:ascii="Times New Roman" w:hAnsi="Times New Roman" w:cs="Times New Roman"/>
          <w:sz w:val="20"/>
          <w:szCs w:val="20"/>
        </w:rPr>
        <w:t xml:space="preserve">• Confirm că oferta este valabilă minimum 90 de zile de la data-limită de transmitere </w:t>
      </w:r>
      <w:proofErr w:type="gramStart"/>
      <w:r w:rsidRPr="00053A73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053A73">
        <w:rPr>
          <w:rFonts w:ascii="Times New Roman" w:hAnsi="Times New Roman" w:cs="Times New Roman"/>
          <w:sz w:val="20"/>
          <w:szCs w:val="20"/>
        </w:rPr>
        <w:t xml:space="preserve"> ofertelor.</w:t>
      </w:r>
    </w:p>
    <w:p w14:paraId="3400A442" w14:textId="77777777" w:rsidR="00ED7C59" w:rsidRPr="00053A73" w:rsidRDefault="00053A73">
      <w:pPr>
        <w:rPr>
          <w:rFonts w:ascii="Times New Roman" w:hAnsi="Times New Roman" w:cs="Times New Roman"/>
          <w:sz w:val="20"/>
          <w:szCs w:val="20"/>
        </w:rPr>
      </w:pPr>
      <w:r w:rsidRPr="00053A73">
        <w:rPr>
          <w:rFonts w:ascii="Times New Roman" w:hAnsi="Times New Roman" w:cs="Times New Roman"/>
          <w:sz w:val="20"/>
          <w:szCs w:val="20"/>
        </w:rPr>
        <w:t xml:space="preserve">• Declar că nu există / există subcontractanți. În </w:t>
      </w:r>
      <w:r w:rsidRPr="00053A73">
        <w:rPr>
          <w:rFonts w:ascii="Times New Roman" w:hAnsi="Times New Roman" w:cs="Times New Roman"/>
          <w:sz w:val="20"/>
          <w:szCs w:val="20"/>
        </w:rPr>
        <w:t>cazul existenței lor, anexez declarația privind subcontractorii și documentele solicitate.</w:t>
      </w:r>
    </w:p>
    <w:p w14:paraId="17AA45C1" w14:textId="77777777" w:rsidR="00ED7C59" w:rsidRPr="00053A73" w:rsidRDefault="00053A73">
      <w:pPr>
        <w:pStyle w:val="Heading2"/>
        <w:rPr>
          <w:rFonts w:ascii="Times New Roman" w:hAnsi="Times New Roman" w:cs="Times New Roman"/>
          <w:sz w:val="20"/>
          <w:szCs w:val="20"/>
        </w:rPr>
      </w:pPr>
      <w:r w:rsidRPr="00053A73">
        <w:rPr>
          <w:rFonts w:ascii="Times New Roman" w:hAnsi="Times New Roman" w:cs="Times New Roman"/>
          <w:sz w:val="20"/>
          <w:szCs w:val="20"/>
        </w:rPr>
        <w:t>3. Documente anexate</w:t>
      </w:r>
    </w:p>
    <w:p w14:paraId="7A42C56A" w14:textId="77777777" w:rsidR="00ED7C59" w:rsidRPr="00053A73" w:rsidRDefault="00053A73">
      <w:pPr>
        <w:rPr>
          <w:rFonts w:ascii="Times New Roman" w:hAnsi="Times New Roman" w:cs="Times New Roman"/>
          <w:sz w:val="20"/>
          <w:szCs w:val="20"/>
        </w:rPr>
      </w:pPr>
      <w:r w:rsidRPr="00053A73">
        <w:rPr>
          <w:rFonts w:ascii="Times New Roman" w:hAnsi="Times New Roman" w:cs="Times New Roman"/>
          <w:sz w:val="20"/>
          <w:szCs w:val="20"/>
        </w:rPr>
        <w:t xml:space="preserve">Se anexează: documente de înregistrare/ORC, fișe tehnice/descrieri, declarația beneficiarilor reali, declarația privind </w:t>
      </w:r>
      <w:r w:rsidRPr="00053A73">
        <w:rPr>
          <w:rFonts w:ascii="Times New Roman" w:hAnsi="Times New Roman" w:cs="Times New Roman"/>
          <w:sz w:val="20"/>
          <w:szCs w:val="20"/>
        </w:rPr>
        <w:t>subcontractorii, documente privind experiența/capacitatea, dacă sunt solicitate, și orice alte documente relevante.</w:t>
      </w:r>
    </w:p>
    <w:p w14:paraId="6E9C7E92" w14:textId="77777777" w:rsidR="00ED7C59" w:rsidRPr="00053A73" w:rsidRDefault="00053A73">
      <w:pPr>
        <w:rPr>
          <w:rFonts w:ascii="Times New Roman" w:hAnsi="Times New Roman" w:cs="Times New Roman"/>
          <w:sz w:val="20"/>
          <w:szCs w:val="20"/>
        </w:rPr>
      </w:pPr>
      <w:r w:rsidRPr="00053A73">
        <w:rPr>
          <w:rFonts w:ascii="Times New Roman" w:hAnsi="Times New Roman" w:cs="Times New Roman"/>
          <w:sz w:val="20"/>
          <w:szCs w:val="20"/>
        </w:rPr>
        <w:t>Data: ____________</w:t>
      </w:r>
      <w:r w:rsidRPr="00053A73">
        <w:rPr>
          <w:rFonts w:ascii="Times New Roman" w:hAnsi="Times New Roman" w:cs="Times New Roman"/>
          <w:sz w:val="20"/>
          <w:szCs w:val="20"/>
        </w:rPr>
        <w:br/>
      </w:r>
      <w:r w:rsidRPr="00053A73">
        <w:rPr>
          <w:rFonts w:ascii="Times New Roman" w:hAnsi="Times New Roman" w:cs="Times New Roman"/>
          <w:sz w:val="20"/>
          <w:szCs w:val="20"/>
        </w:rPr>
        <w:br/>
        <w:t>Ofertant,</w:t>
      </w:r>
      <w:r w:rsidRPr="00053A73">
        <w:rPr>
          <w:rFonts w:ascii="Times New Roman" w:hAnsi="Times New Roman" w:cs="Times New Roman"/>
          <w:sz w:val="20"/>
          <w:szCs w:val="20"/>
        </w:rPr>
        <w:br/>
        <w:t>Denumire: ______________________________</w:t>
      </w:r>
      <w:r w:rsidRPr="00053A73">
        <w:rPr>
          <w:rFonts w:ascii="Times New Roman" w:hAnsi="Times New Roman" w:cs="Times New Roman"/>
          <w:sz w:val="20"/>
          <w:szCs w:val="20"/>
        </w:rPr>
        <w:br/>
        <w:t>Reprezentant legal: ______________________________</w:t>
      </w:r>
      <w:r w:rsidRPr="00053A73">
        <w:rPr>
          <w:rFonts w:ascii="Times New Roman" w:hAnsi="Times New Roman" w:cs="Times New Roman"/>
          <w:sz w:val="20"/>
          <w:szCs w:val="20"/>
        </w:rPr>
        <w:br/>
        <w:t>Semnătură și ștamp</w:t>
      </w:r>
      <w:r w:rsidRPr="00053A73">
        <w:rPr>
          <w:rFonts w:ascii="Times New Roman" w:hAnsi="Times New Roman" w:cs="Times New Roman"/>
          <w:sz w:val="20"/>
          <w:szCs w:val="20"/>
        </w:rPr>
        <w:t>ilă: ______________________________</w:t>
      </w:r>
    </w:p>
    <w:sectPr w:rsidR="00ED7C59" w:rsidRPr="00053A73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A73"/>
    <w:rsid w:val="0006063C"/>
    <w:rsid w:val="0015074B"/>
    <w:rsid w:val="0029639D"/>
    <w:rsid w:val="00326F90"/>
    <w:rsid w:val="00AA1D8D"/>
    <w:rsid w:val="00B47730"/>
    <w:rsid w:val="00CB0664"/>
    <w:rsid w:val="00ED7C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C4BEFF"/>
  <w14:defaultImageDpi w14:val="300"/>
  <w15:docId w15:val="{3A82452B-DD1A-4DA8-9BBD-0EF534007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Livia Camciuc</cp:lastModifiedBy>
  <cp:revision>2</cp:revision>
  <dcterms:created xsi:type="dcterms:W3CDTF">2013-12-23T23:15:00Z</dcterms:created>
  <dcterms:modified xsi:type="dcterms:W3CDTF">2026-08-21T11:28:00Z</dcterms:modified>
  <cp:category/>
</cp:coreProperties>
</file>