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05D40" w14:textId="77777777" w:rsidR="00475480" w:rsidRDefault="003F4740">
      <w:pPr>
        <w:pStyle w:val="Heading1"/>
        <w:jc w:val="center"/>
      </w:pPr>
      <w:r>
        <w:t>FORMULAR DE OFERTĂ – MODEL DE COMPLETAT DE OFERTANT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087"/>
      </w:tblGrid>
      <w:tr w:rsidR="00475480" w:rsidRPr="003F4740" w14:paraId="5871FECB" w14:textId="77777777" w:rsidTr="003F4740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02861CB9" w14:textId="77777777" w:rsidR="00475480" w:rsidRPr="003F4740" w:rsidRDefault="003F4740">
            <w:r w:rsidRPr="003F4740">
              <w:rPr>
                <w:b/>
              </w:rPr>
              <w:t>Element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E0888B8" w14:textId="77777777" w:rsidR="00475480" w:rsidRPr="003F4740" w:rsidRDefault="003F4740">
            <w:r w:rsidRPr="003F4740">
              <w:rPr>
                <w:b/>
              </w:rPr>
              <w:t>Date</w:t>
            </w:r>
          </w:p>
        </w:tc>
      </w:tr>
      <w:tr w:rsidR="00475480" w:rsidRPr="003F4740" w14:paraId="7AC52967" w14:textId="77777777" w:rsidTr="003F4740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28489D92" w14:textId="77777777" w:rsidR="00475480" w:rsidRPr="003F4740" w:rsidRDefault="003F4740">
            <w:r w:rsidRPr="003F4740">
              <w:t>Apel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4D1AC21" w14:textId="77777777" w:rsidR="00475480" w:rsidRPr="003F4740" w:rsidRDefault="003F4740">
            <w:r w:rsidRPr="003F4740">
              <w:t xml:space="preserve">PNRR/2025/C11/REFORMA 1 – Componenta C11 – Turism și cultură, Reforma R1 – Operaționalizarea Organizațiilor de </w:t>
            </w:r>
            <w:r w:rsidRPr="003F4740">
              <w:t>Management al Destinației</w:t>
            </w:r>
          </w:p>
        </w:tc>
      </w:tr>
      <w:tr w:rsidR="00475480" w:rsidRPr="003F4740" w14:paraId="44DA107E" w14:textId="77777777" w:rsidTr="003F4740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78D25631" w14:textId="77777777" w:rsidR="00475480" w:rsidRPr="003F4740" w:rsidRDefault="003F4740">
            <w:r w:rsidRPr="003F4740">
              <w:t>Beneficiar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84186B8" w14:textId="77777777" w:rsidR="00475480" w:rsidRPr="003F4740" w:rsidRDefault="003F4740">
            <w:r w:rsidRPr="003F4740">
              <w:t>COMUNA MOLDOVIȚA, JUDEȚUL SUCEAVA</w:t>
            </w:r>
          </w:p>
        </w:tc>
      </w:tr>
      <w:tr w:rsidR="00475480" w:rsidRPr="003F4740" w14:paraId="04FADD85" w14:textId="77777777" w:rsidTr="003F4740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7CB78ED5" w14:textId="77777777" w:rsidR="00475480" w:rsidRPr="003F4740" w:rsidRDefault="003F4740">
            <w:r w:rsidRPr="003F4740">
              <w:t>Titlul proiectului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8EF7226" w14:textId="77777777" w:rsidR="00475480" w:rsidRPr="003F4740" w:rsidRDefault="003F4740">
            <w:r w:rsidRPr="003F4740">
              <w:t>Via Moldovița – Dezvoltarea și promovarea rețelei de trasee turistice din destinația Moldovița</w:t>
            </w:r>
          </w:p>
        </w:tc>
      </w:tr>
      <w:tr w:rsidR="00475480" w:rsidRPr="003F4740" w14:paraId="0BFF0E89" w14:textId="77777777" w:rsidTr="003F4740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2710F642" w14:textId="77777777" w:rsidR="00475480" w:rsidRPr="003F4740" w:rsidRDefault="003F4740">
            <w:r w:rsidRPr="003F4740">
              <w:t>Contract de finanțare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0C40BA1" w14:textId="565796DB" w:rsidR="00475480" w:rsidRPr="003F4740" w:rsidRDefault="003F4740">
            <w:r w:rsidRPr="003F4740">
              <w:t>nr. 109</w:t>
            </w:r>
            <w:r w:rsidRPr="003F4740">
              <w:t>/ 14.08.2026</w:t>
            </w:r>
          </w:p>
        </w:tc>
      </w:tr>
      <w:tr w:rsidR="00475480" w14:paraId="5A8A639F" w14:textId="77777777" w:rsidTr="003F4740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52DD5896" w14:textId="77777777" w:rsidR="00475480" w:rsidRPr="003F4740" w:rsidRDefault="003F4740">
            <w:r w:rsidRPr="003F4740">
              <w:t>Achiziția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09C62E3" w14:textId="77777777" w:rsidR="00475480" w:rsidRDefault="003F4740">
            <w:r w:rsidRPr="003F4740">
              <w:t>Servicii de digitalizare a traseelor turistice Via Moldovița și dotări IT pentru management</w:t>
            </w:r>
          </w:p>
        </w:tc>
      </w:tr>
    </w:tbl>
    <w:p w14:paraId="2E1E038D" w14:textId="77777777" w:rsidR="003F4740" w:rsidRDefault="003F4740"/>
    <w:p w14:paraId="1CF4FB8A" w14:textId="77777777" w:rsidR="003F4740" w:rsidRDefault="003F4740"/>
    <w:p w14:paraId="0A1CBDB5" w14:textId="507B1582" w:rsidR="00475480" w:rsidRDefault="003F4740">
      <w:proofErr w:type="spellStart"/>
      <w:r>
        <w:t>Către</w:t>
      </w:r>
      <w:proofErr w:type="spellEnd"/>
      <w:r>
        <w:t>: COMUNA MOLDOVIȚA, JUDEȚUL SUCEAVA</w:t>
      </w:r>
    </w:p>
    <w:p w14:paraId="0BA66E4C" w14:textId="77777777" w:rsidR="00475480" w:rsidRDefault="003F4740">
      <w:r>
        <w:t xml:space="preserve">Subsemnatul/Subsemnata ______________________________, reprezentant legal al ______________________________, cu </w:t>
      </w:r>
      <w:r>
        <w:t>sediul în ______________________________, CUI ____________________, nr. ORC ____________________, formulez prezenta ofertă pentru achiziția indicată mai sus.</w:t>
      </w:r>
    </w:p>
    <w:p w14:paraId="0AE20D2A" w14:textId="77777777" w:rsidR="00475480" w:rsidRDefault="003F4740">
      <w:pPr>
        <w:pStyle w:val="Heading2"/>
      </w:pPr>
      <w:r>
        <w:t>1. Oferta financiară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3798"/>
        <w:gridCol w:w="851"/>
        <w:gridCol w:w="695"/>
        <w:gridCol w:w="1134"/>
        <w:gridCol w:w="1134"/>
        <w:gridCol w:w="1417"/>
      </w:tblGrid>
      <w:tr w:rsidR="00475480" w14:paraId="5042750F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1D1FB68A" w14:textId="77777777" w:rsidR="00475480" w:rsidRDefault="003F4740">
            <w:r>
              <w:rPr>
                <w:b/>
              </w:rPr>
              <w:t>Nr.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64AA7B09" w14:textId="77777777" w:rsidR="00475480" w:rsidRDefault="003F4740">
            <w:r>
              <w:rPr>
                <w:b/>
              </w:rPr>
              <w:t>Denumire produs/serviciu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B3EFD3B" w14:textId="77777777" w:rsidR="00475480" w:rsidRDefault="003F4740">
            <w:r>
              <w:rPr>
                <w:b/>
              </w:rPr>
              <w:t>U.M.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85AF07" w14:textId="77777777" w:rsidR="00475480" w:rsidRDefault="003F4740">
            <w:r>
              <w:rPr>
                <w:b/>
              </w:rPr>
              <w:t>Cant.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987D47" w14:textId="77777777" w:rsidR="00475480" w:rsidRDefault="003F4740">
            <w:r>
              <w:rPr>
                <w:b/>
              </w:rPr>
              <w:t>Preț unitar fără TVA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0AEF8D" w14:textId="77777777" w:rsidR="00475480" w:rsidRDefault="003F4740">
            <w:r>
              <w:rPr>
                <w:b/>
              </w:rPr>
              <w:t>Valoare fără TVA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94B722" w14:textId="77777777" w:rsidR="00475480" w:rsidRDefault="003F4740">
            <w:r>
              <w:rPr>
                <w:b/>
              </w:rPr>
              <w:t>TVA / Valoare cu TVA</w:t>
            </w:r>
          </w:p>
        </w:tc>
      </w:tr>
      <w:tr w:rsidR="00475480" w14:paraId="455C72E7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209194E5" w14:textId="77777777" w:rsidR="00475480" w:rsidRDefault="003F4740">
            <w:r>
              <w:t>1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0C09E3DF" w14:textId="77777777" w:rsidR="00475480" w:rsidRDefault="003F4740">
            <w:r>
              <w:t>Înregistrarea traseelor prin GPS, pentru 13 trasee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2778AD8" w14:textId="77777777" w:rsidR="00475480" w:rsidRDefault="003F4740">
            <w:r>
              <w:t>proiect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168072" w14:textId="77777777" w:rsidR="00475480" w:rsidRDefault="003F4740"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4A788B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3CFF5253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2A060E39" w14:textId="77777777" w:rsidR="00475480" w:rsidRDefault="00475480"/>
        </w:tc>
      </w:tr>
      <w:tr w:rsidR="00475480" w14:paraId="6E4546F6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06B0EBBA" w14:textId="77777777" w:rsidR="00475480" w:rsidRDefault="003F4740">
            <w:r>
              <w:t>2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4C4FEFF3" w14:textId="77777777" w:rsidR="00475480" w:rsidRDefault="003F4740">
            <w:r>
              <w:t>Prelucrarea și editarea datelor GIS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1B50BA7" w14:textId="77777777" w:rsidR="00475480" w:rsidRDefault="003F4740">
            <w:r>
              <w:t>proiect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8CDF5C" w14:textId="77777777" w:rsidR="00475480" w:rsidRDefault="003F4740"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619027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45E4302A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5E1888CF" w14:textId="77777777" w:rsidR="00475480" w:rsidRDefault="00475480"/>
        </w:tc>
      </w:tr>
      <w:tr w:rsidR="00475480" w14:paraId="4F24FEFA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72C03C6E" w14:textId="77777777" w:rsidR="00475480" w:rsidRDefault="003F4740">
            <w:r>
              <w:t>3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53DB4BE9" w14:textId="77777777" w:rsidR="00475480" w:rsidRDefault="003F4740">
            <w:r>
              <w:t>Marcarea punctelor de interes (waypoints)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EFBFE8A" w14:textId="77777777" w:rsidR="00475480" w:rsidRDefault="003F4740">
            <w:r>
              <w:t>proiect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60C641" w14:textId="77777777" w:rsidR="00475480" w:rsidRDefault="003F4740"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A28873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29597FA4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69828494" w14:textId="77777777" w:rsidR="00475480" w:rsidRDefault="00475480"/>
        </w:tc>
      </w:tr>
      <w:tr w:rsidR="00475480" w14:paraId="6ECF2DCE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59569529" w14:textId="77777777" w:rsidR="00475480" w:rsidRDefault="003F4740">
            <w:r>
              <w:t>4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69A525A7" w14:textId="77777777" w:rsidR="00475480" w:rsidRDefault="003F4740">
            <w:r>
              <w:t>Crearea și publicarea hărților digitale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FA256C0" w14:textId="77777777" w:rsidR="00475480" w:rsidRDefault="003F4740">
            <w:r>
              <w:t>proiect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E6F0D9" w14:textId="77777777" w:rsidR="00475480" w:rsidRDefault="003F4740"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B27A4A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510A5155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13DF0BAA" w14:textId="77777777" w:rsidR="00475480" w:rsidRDefault="00475480"/>
        </w:tc>
      </w:tr>
      <w:tr w:rsidR="00475480" w14:paraId="7FBBFE50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1D1D28C1" w14:textId="77777777" w:rsidR="00475480" w:rsidRDefault="003F4740">
            <w:r>
              <w:t>5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02B143C4" w14:textId="77777777" w:rsidR="00475480" w:rsidRDefault="003F4740">
            <w:r>
              <w:t>Platformă online pentru trasee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5816CE6" w14:textId="77777777" w:rsidR="00475480" w:rsidRDefault="003F4740">
            <w:r>
              <w:t>proiect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3BA453" w14:textId="77777777" w:rsidR="00475480" w:rsidRDefault="003F4740"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1BDCCB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3FF22D04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48B5C10D" w14:textId="77777777" w:rsidR="00475480" w:rsidRDefault="00475480"/>
        </w:tc>
      </w:tr>
      <w:tr w:rsidR="00475480" w14:paraId="4E3FDE58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6A184729" w14:textId="77777777" w:rsidR="00475480" w:rsidRDefault="003F4740">
            <w:r>
              <w:t>6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406ED2BA" w14:textId="77777777" w:rsidR="00475480" w:rsidRDefault="003F4740">
            <w:r>
              <w:t>Generare și integrare coduri QR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696F372" w14:textId="77777777" w:rsidR="00475480" w:rsidRDefault="003F4740">
            <w:r>
              <w:t>proiect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06605E" w14:textId="77777777" w:rsidR="00475480" w:rsidRDefault="003F4740"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ABA4AE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1ED97956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18108EB8" w14:textId="77777777" w:rsidR="00475480" w:rsidRDefault="00475480"/>
        </w:tc>
      </w:tr>
      <w:tr w:rsidR="00475480" w14:paraId="3E4478E0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0341A3F9" w14:textId="77777777" w:rsidR="00475480" w:rsidRDefault="003F4740">
            <w:r>
              <w:t>7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083C3E4F" w14:textId="77777777" w:rsidR="00475480" w:rsidRDefault="003F4740">
            <w:r>
              <w:t>Promovare și integrare în platforme turistice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A2F0EAF" w14:textId="77777777" w:rsidR="00475480" w:rsidRDefault="003F4740">
            <w:r>
              <w:t>proiect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52F999" w14:textId="77777777" w:rsidR="00475480" w:rsidRDefault="003F4740"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3E4FB4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2D849FA2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53ECCB6A" w14:textId="77777777" w:rsidR="00475480" w:rsidRDefault="00475480"/>
        </w:tc>
      </w:tr>
      <w:tr w:rsidR="00475480" w14:paraId="6ABF7079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63DDFB45" w14:textId="77777777" w:rsidR="00475480" w:rsidRDefault="003F4740">
            <w:r>
              <w:t>8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55FD745C" w14:textId="77777777" w:rsidR="00475480" w:rsidRDefault="003F4740">
            <w:r>
              <w:t>Imprimantă multifuncțională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765D5A5" w14:textId="77777777" w:rsidR="00475480" w:rsidRDefault="003F4740">
            <w:r>
              <w:t>buc.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C20E2F" w14:textId="77777777" w:rsidR="00475480" w:rsidRDefault="003F4740"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A6E2A2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08515E96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34A64C07" w14:textId="77777777" w:rsidR="00475480" w:rsidRDefault="00475480"/>
        </w:tc>
      </w:tr>
      <w:tr w:rsidR="00475480" w14:paraId="19D5EA61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4D4ABA2F" w14:textId="77777777" w:rsidR="00475480" w:rsidRDefault="003F4740">
            <w:r>
              <w:t>9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46D569F3" w14:textId="77777777" w:rsidR="00475480" w:rsidRDefault="003F4740">
            <w:r>
              <w:t>Laptop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44E770F" w14:textId="77777777" w:rsidR="00475480" w:rsidRDefault="003F4740">
            <w:r>
              <w:t>buc.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3A1D84" w14:textId="77777777" w:rsidR="00475480" w:rsidRDefault="003F4740"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8B2B18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1F00FEE7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043FACD4" w14:textId="77777777" w:rsidR="00475480" w:rsidRDefault="00475480"/>
        </w:tc>
      </w:tr>
      <w:tr w:rsidR="00475480" w14:paraId="0AFB12DB" w14:textId="77777777" w:rsidTr="003F4740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3E8D48E8" w14:textId="77777777" w:rsidR="00475480" w:rsidRDefault="00475480"/>
        </w:tc>
        <w:tc>
          <w:tcPr>
            <w:tcW w:w="3798" w:type="dxa"/>
            <w:shd w:val="clear" w:color="auto" w:fill="auto"/>
            <w:vAlign w:val="center"/>
          </w:tcPr>
          <w:p w14:paraId="4D32B290" w14:textId="77777777" w:rsidR="00475480" w:rsidRDefault="003F4740">
            <w:r>
              <w:t>TOTAL GENERAL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CF926B0" w14:textId="77777777" w:rsidR="00475480" w:rsidRDefault="00475480"/>
        </w:tc>
        <w:tc>
          <w:tcPr>
            <w:tcW w:w="567" w:type="dxa"/>
            <w:shd w:val="clear" w:color="auto" w:fill="auto"/>
            <w:vAlign w:val="center"/>
          </w:tcPr>
          <w:p w14:paraId="6D4E08C0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65B28D48" w14:textId="77777777" w:rsidR="00475480" w:rsidRDefault="00475480"/>
        </w:tc>
        <w:tc>
          <w:tcPr>
            <w:tcW w:w="1134" w:type="dxa"/>
            <w:shd w:val="clear" w:color="auto" w:fill="auto"/>
            <w:vAlign w:val="center"/>
          </w:tcPr>
          <w:p w14:paraId="0DE2F3C7" w14:textId="77777777" w:rsidR="00475480" w:rsidRDefault="00475480"/>
        </w:tc>
        <w:tc>
          <w:tcPr>
            <w:tcW w:w="1417" w:type="dxa"/>
            <w:shd w:val="clear" w:color="auto" w:fill="auto"/>
            <w:vAlign w:val="center"/>
          </w:tcPr>
          <w:p w14:paraId="56AECCFE" w14:textId="77777777" w:rsidR="00475480" w:rsidRDefault="00475480"/>
        </w:tc>
      </w:tr>
    </w:tbl>
    <w:p w14:paraId="5D0F0238" w14:textId="77777777" w:rsidR="00475480" w:rsidRDefault="003F4740">
      <w:pPr>
        <w:pStyle w:val="Heading2"/>
      </w:pPr>
      <w:r>
        <w:t xml:space="preserve">2. </w:t>
      </w:r>
      <w:r>
        <w:t>Declarații ale ofertantului</w:t>
      </w:r>
    </w:p>
    <w:p w14:paraId="23D5140F" w14:textId="77777777" w:rsidR="00475480" w:rsidRDefault="003F4740">
      <w:r>
        <w:t>• Confirm că prețurile ofertate includ toate costurile necesare executării contractului, inclusiv transport, livrare, instalare/montaj, configurare, punere în funcțiune, instruire, garanție și orice costuri accesorii, după caz.</w:t>
      </w:r>
    </w:p>
    <w:p w14:paraId="406F44A3" w14:textId="22DCA59B" w:rsidR="00475480" w:rsidRDefault="003F4740">
      <w:r>
        <w:t xml:space="preserve">• Confirm că termenul maxim pentru toate obligațiile ofertantului, inclusiv furnizare, livrare, instalare/montaj, configurare, punere în funcțiune, testare, instruire și </w:t>
      </w:r>
      <w:proofErr w:type="spellStart"/>
      <w:r>
        <w:t>predare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de 10</w:t>
      </w:r>
      <w:r>
        <w:t xml:space="preserve">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, </w:t>
      </w:r>
      <w:proofErr w:type="spellStart"/>
      <w:r>
        <w:t>calculat</w:t>
      </w:r>
      <w:proofErr w:type="spellEnd"/>
      <w:r>
        <w:t xml:space="preserve"> de la data stabilită prin contract/n</w:t>
      </w:r>
      <w:r>
        <w:t>ote de comandă, cu finalizare și recepție cel târziu până la 31.08.2026.</w:t>
      </w:r>
    </w:p>
    <w:p w14:paraId="07A8FC1B" w14:textId="77777777" w:rsidR="00475480" w:rsidRDefault="003F4740">
      <w:r>
        <w:lastRenderedPageBreak/>
        <w:t>• Confirm că acord o garanție de minimum 24 de luni de la recepția finală și că produsele sunt noi, neutilizate și conforme cu cerințele solicitate, după caz.</w:t>
      </w:r>
    </w:p>
    <w:p w14:paraId="78DC57F2" w14:textId="77777777" w:rsidR="00475480" w:rsidRDefault="003F4740">
      <w:r>
        <w:t>• Confirm că oferta este</w:t>
      </w:r>
      <w:r>
        <w:t xml:space="preserve"> valabilă minimum 90 de zile de la data-limită de transmitere a ofertelor.</w:t>
      </w:r>
    </w:p>
    <w:p w14:paraId="3826CB56" w14:textId="77777777" w:rsidR="00475480" w:rsidRDefault="003F4740">
      <w:r>
        <w:t>• Declar că nu există / există subcontractanți. În cazul existenței lor, anexez declarația privind subcontractorii și documentele solicitate.</w:t>
      </w:r>
    </w:p>
    <w:p w14:paraId="435375CA" w14:textId="77777777" w:rsidR="00475480" w:rsidRDefault="003F4740">
      <w:pPr>
        <w:pStyle w:val="Heading2"/>
      </w:pPr>
      <w:r>
        <w:t>3. Documente anexate</w:t>
      </w:r>
    </w:p>
    <w:p w14:paraId="73DA8E29" w14:textId="77777777" w:rsidR="00475480" w:rsidRDefault="003F4740">
      <w:r>
        <w:t>Se anexează: docum</w:t>
      </w:r>
      <w:r>
        <w:t>ente de înregistrare/ORC, fișe tehnice/descrieri, declarația beneficiarilor reali, declarația privind subcontractorii, documente privind experiența/capacitatea, dacă sunt solicitate, și orice alte documente relevante.</w:t>
      </w:r>
    </w:p>
    <w:p w14:paraId="228CBB8C" w14:textId="77777777" w:rsidR="00475480" w:rsidRDefault="003F4740">
      <w:r>
        <w:rPr>
          <w:highlight w:val="yellow"/>
        </w:rPr>
        <w:t>Data: ____________</w:t>
      </w:r>
      <w:r>
        <w:rPr>
          <w:highlight w:val="yellow"/>
        </w:rPr>
        <w:br/>
      </w:r>
      <w:r>
        <w:rPr>
          <w:highlight w:val="yellow"/>
        </w:rPr>
        <w:br/>
        <w:t>Ofertant,</w:t>
      </w:r>
      <w:r>
        <w:rPr>
          <w:highlight w:val="yellow"/>
        </w:rPr>
        <w:br/>
        <w:t>Denumire</w:t>
      </w:r>
      <w:r>
        <w:rPr>
          <w:highlight w:val="yellow"/>
        </w:rPr>
        <w:t>: ______________________________</w:t>
      </w:r>
      <w:r>
        <w:rPr>
          <w:highlight w:val="yellow"/>
        </w:rPr>
        <w:br/>
        <w:t>Reprezentant legal: ______________________________</w:t>
      </w:r>
      <w:r>
        <w:rPr>
          <w:highlight w:val="yellow"/>
        </w:rPr>
        <w:br/>
        <w:t>Semnătură și ștampilă: ______________________________</w:t>
      </w:r>
    </w:p>
    <w:sectPr w:rsidR="00475480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4740"/>
    <w:rsid w:val="0047548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543B9"/>
  <w14:defaultImageDpi w14:val="300"/>
  <w15:docId w15:val="{93F88BBC-6EDC-402A-A163-D8783322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Livia Camciuc</cp:lastModifiedBy>
  <cp:revision>2</cp:revision>
  <dcterms:created xsi:type="dcterms:W3CDTF">2013-12-23T23:15:00Z</dcterms:created>
  <dcterms:modified xsi:type="dcterms:W3CDTF">2026-08-20T16:45:00Z</dcterms:modified>
  <cp:category/>
</cp:coreProperties>
</file>